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نزار قباني ومهمة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سالم الكبتي/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الشعر/ نزار قباني/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