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idioms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9780521789578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