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ألقاب 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بن أحمد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الألقاب/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