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الادب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سيد البحراوي/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إجتماع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