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مشروع أدونيس الفكري والإبداعي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عبد القادر محمد مرزاق/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المعهد العالمي للفكر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9781565643246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القراءة/ الحداثة/ المرجعية/ مشروع أدونيس/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