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ية الصوتية في حروف المع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وفيق الع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مزية الصوتية/ الدلالة الرمز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