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الوصفي في الأدب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الناصر العجيمي/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العربي/ الخطاب الوصفي/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