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d'exoloitation Mécanismes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 belkhir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9789961006771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