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Management De La Qualite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siddiki abdallah/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9789961011638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Management De La Qualite/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