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d'analyse fonctions d'une variable réelle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Kada Allab/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9789961011188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