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générale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.Gerninig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343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