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سمير عشيش/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البنوك/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