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رأس المال في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كفاح عبد القادر الصوري/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رأس المال/ الاسلام/ الشركات/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