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محمود جاسم الصميدعي/ د ردينة عثمان يوسف/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9789957066130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ادارة الاعمال/ تسويق الخدمات/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