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 والرقابة عليها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أحمد صبحي العيادي/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9789957076696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