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السميع/ د أحمد طبية/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9789957810092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