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باسم أحمد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9789957810115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 الالكترونية/ نظام الدفع/ النقود الالكترونية/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