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مقدمة في الإدارة المالية والتحليل المالي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مفلح محمد عقل/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مكتبة المجتمع العربي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658712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التحليل المالي/ الادارة المالية/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