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Translation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juliane house/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Oxford/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9780194389228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