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الندوة العالمية الأولى لتدريس المعلوماتية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الميلي/ محمد بطاز/ كمال البركاوي/ أحمد الفرشيشي/ لمية العابد/ روضة مروان/ حدامي 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المعلوماتية/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