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-focused Instruction and Teacher Edu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ndra fotos/ hossein nassa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25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