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علم النص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جوليا كريسطيفا/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توبوقال/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800637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النص/ الأدب المحتمل/ المدلول الشعري/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