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Alice savage/ masoud shafiei/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9780194309226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