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الإدارة المالية المتقدمة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علي أبراهيم العامري/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إثراء/ مكتبة الجامعة/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9789957780203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الاعمال/ الادارة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