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Psychology of Second Language Acquisition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9780194421973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