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Children Learning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Jayne Moon/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9781405080026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