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man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.P. Cow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3892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