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Discourse Analysis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9780194389211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