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Teaching Language As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9780194370776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