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التكلفة وتحليل الربحية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ثناء علي القباني/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9789957245306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محاسبة التكاليف/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