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متولي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9789957077136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النقود/ الوساطة المالية/ غسيل الاموال/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