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الضرائب ومحاسبتها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عزمي يوسف خطاب/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الاردن/ الضرائب/ محاسبة الضرائب/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