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محمد سمحان/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9789957249991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المالية العامة/ الاقتصاد الاسلامي/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