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 والمصارف المركزية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سامي الحلاق/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المصارف/ النقود/ التضخم/ النظريات/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