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النقود والمصارف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محمود حسين الوادي/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9789957066277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البنوك/ الاقتصاد المالي/ النقود/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