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زهير الحدرب/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9957452959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محاسبة البنوك التجارية/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