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حسني علي خربوش/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الاسواق المالية/ الاسواق/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