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دريد كامل ال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9789957122690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