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Great expectations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Charles Dickens/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9780140620160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