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الفطريات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العزيز مجيد نخيلان/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9789957710866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