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الحطيئة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بان حميد الراوي/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9789957478377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