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اجتماع القصيدة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أبو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9789957122089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الإجتماع/ القصيدة/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