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المدارس النحوية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د إبرهيم عبود السامرائي/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المسيرة/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247ص.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9789957063528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قواعد اللغة/ اللغة العربية/ النحو/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