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المعاني والمباني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فخري خليل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