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محمود درويش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نمر مصطفى/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وزارة الثقافة/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الشعراء العرب/ التراجم/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