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تدريس مهارات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سميح أبو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طرق التدريس/ اساليب التدريس/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