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الفواعل السردية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بان البنا/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جدارا للكتاب العالمي/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800684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النقد الأدبي/ التحليل الأدبي/ الرواية الإسلامية/ البناء السردي/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