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H.Cormen/ </w:t>
            </w:r>
          </w:p>
        </w:tc>
      </w:tr>
      <w:tr>
        <w:trPr>
          <w:trHeight w:val="567"/>
        </w:trPr>
        <w:tc>
          <w:tcPr>
            <w:tcW w:type="dxa" w:w="3000"/>
          </w:tcPr>
          <w:p>
            <w:r>
              <w:t>Edition</w:t>
            </w:r>
          </w:p>
        </w:tc>
        <w:tc>
          <w:tcPr>
            <w:tcW w:type="dxa" w:w="7000"/>
          </w:tcPr>
          <w:p>
            <w:r>
              <w:t>3ed.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1188P.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9782100545261</w:t>
            </w:r>
          </w:p>
        </w:tc>
      </w:tr>
    </w:tbl>
    <w:p>
      <w:pPr>
        <w:pStyle w:val="Heading3"/>
      </w:pPr>
      <w:r>
        <w:t>Résumé :</w:t>
      </w:r>
    </w:p>
    <w:p>
      <w:r>
        <w:t>Introduction complète à l'algorithmique,  cette 3ème édition, révisée et mise à jour, comporte deux nouveaux chapitres, l'un sur les arbres de Van Emde Boas et l'autre sur les algorithmes multithreads. Plusieurs nouveaux énoncés d'exercices et de problèmes ont été ajoutés. Au total, plus de 920 exercices et 140 problèmes sont proposés.</w:t>
        <w:br/>
        <w:br/>
        <w:br/>
        <w:br/>
        <w:t>Cet ouvrage s'est aujourd'hui imposé comme une référence mondiale pour l'enseignement de l'algorithmique. Exhaustif et facile d'accès c'est un outil de travail complet et indispensable pour les étudiants et les professionnels de l'informatique.</w:t>
        <w:br/>
        <w:br/>
        <w:br/>
        <w:br/>
        <w:t>L'éventail des algorithmes étudiés va des plus classiques, comme les algorithmes de tri et les fonctions de hachage, aux plus récents, comme ceux de la cryptographie, permettant ainsi de passer progressivement des notions élémentaires aux thèmes les plus pointus.</w:t>
        <w:br/>
        <w:br/>
        <w:br/>
        <w:br/>
        <w:t>Les algorithmes sont rédigés en français et dans un pseudo-code proche des langages Pascal, C et Fortran. Ils sont analysés en profondeur et toujours complétés par des preuves mathématiques. De nombreux exemples, figures, études de cas et exercices de difficulté graduée viennent compléter les explications. Au total ce sont les énoncés de plus de 955 exercices et 155 problèmes qui sont proposés. Les solutions de 80 d'entre eux sont accessibles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