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Civilisation des ETATS-UNIS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Marie - Madeleine/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9782011456298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