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موسى سعيد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9957240722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المالية الدولية/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